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1325880" cy="12897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usaw_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289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sz w:val="24"/>
        </w:rPr>
        <w:t>California USA Wrestling Inc.</w:t>
        <w:br/>
      </w:r>
      <w:r>
        <w:rPr>
          <w:b/>
          <w:sz w:val="32"/>
        </w:rPr>
        <w:t>Association Duals Championships</w:t>
        <w:br/>
      </w:r>
      <w:r>
        <w:rPr>
          <w:b/>
          <w:sz w:val="23"/>
        </w:rPr>
        <w:t>USA Junior Boys &amp; Girls / 14U Boys &amp; Girls</w:t>
      </w:r>
    </w:p>
    <w:p>
      <w:pPr>
        <w:spacing w:after="60"/>
        <w:jc w:val="center"/>
      </w:pPr>
      <w:r>
        <w:rPr>
          <w:b/>
          <w:sz w:val="26"/>
        </w:rPr>
        <w:t>May 14th, 15th &amp; 16th, 2027</w:t>
        <w:br/>
      </w:r>
      <w:r>
        <w:rPr>
          <w:sz w:val="20"/>
        </w:rPr>
        <w:t>Selland Arena - 700 M Street - Fresno, CA 93721</w:t>
      </w:r>
    </w:p>
    <w:p>
      <w:pPr>
        <w:spacing w:before="40" w:after="80"/>
        <w:jc w:val="center"/>
      </w:pPr>
      <w:r>
        <w:rPr>
          <w:b/>
          <w:sz w:val="28"/>
        </w:rPr>
        <w:t>WEIGH-INS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36"/>
        <w:gridCol w:w="2736"/>
        <w:gridCol w:w="2736"/>
        <w:gridCol w:w="2736"/>
      </w:tblGrid>
      <w:tr>
        <w:tc>
          <w:tcPr>
            <w:tcW w:type="dxa" w:w="2736"/>
            <w:shd w:fill="D9EAF7"/>
          </w:tcPr>
          <w:p>
            <w:r>
              <w:rPr>
                <w:b/>
              </w:rPr>
              <w:t>Day / Time</w:t>
            </w:r>
          </w:p>
        </w:tc>
        <w:tc>
          <w:tcPr>
            <w:tcW w:type="dxa" w:w="2736"/>
            <w:shd w:fill="D9EAF7"/>
          </w:tcPr>
          <w:p>
            <w:r>
              <w:rPr>
                <w:b/>
              </w:rPr>
              <w:t>Style</w:t>
            </w:r>
          </w:p>
        </w:tc>
        <w:tc>
          <w:tcPr>
            <w:tcW w:type="dxa" w:w="2736"/>
            <w:shd w:fill="D9EAF7"/>
          </w:tcPr>
          <w:p>
            <w:r>
              <w:rPr>
                <w:b/>
              </w:rPr>
              <w:t>Age Groups</w:t>
            </w:r>
          </w:p>
        </w:tc>
        <w:tc>
          <w:tcPr>
            <w:tcW w:type="dxa" w:w="2736"/>
            <w:shd w:fill="D9EAF7"/>
          </w:tcPr>
          <w:p>
            <w:r>
              <w:rPr>
                <w:b/>
              </w:rPr>
              <w:t>Site</w:t>
            </w:r>
          </w:p>
        </w:tc>
      </w:tr>
      <w:tr>
        <w:tc>
          <w:tcPr>
            <w:tcW w:type="dxa" w:w="2736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Friday 6:00pm-9:30pm</w:t>
            </w:r>
          </w:p>
        </w:tc>
        <w:tc>
          <w:tcPr>
            <w:tcW w:type="dxa" w:w="2736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Greco-Roman &amp; Freestyle</w:t>
            </w:r>
          </w:p>
        </w:tc>
        <w:tc>
          <w:tcPr>
            <w:tcW w:type="dxa" w:w="2736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USA Junior Boys/Girls; 14U Boys/Girls</w:t>
            </w:r>
          </w:p>
        </w:tc>
        <w:tc>
          <w:tcPr>
            <w:tcW w:type="dxa" w:w="2736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Selland Arena</w:t>
            </w:r>
          </w:p>
        </w:tc>
      </w:tr>
      <w:tr>
        <w:tc>
          <w:tcPr>
            <w:tcW w:type="dxa" w:w="2736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Saturday 12:00pm-1:00pm</w:t>
            </w:r>
          </w:p>
        </w:tc>
        <w:tc>
          <w:tcPr>
            <w:tcW w:type="dxa" w:w="2736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Freestyle Only</w:t>
            </w:r>
          </w:p>
        </w:tc>
        <w:tc>
          <w:tcPr>
            <w:tcW w:type="dxa" w:w="2736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USA Junior Boys/Girls; 14U Boys/Girls</w:t>
            </w:r>
          </w:p>
        </w:tc>
        <w:tc>
          <w:tcPr>
            <w:tcW w:type="dxa" w:w="2736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Selland Arena</w:t>
            </w:r>
          </w:p>
        </w:tc>
      </w:tr>
    </w:tbl>
    <w:p>
      <w:pPr>
        <w:spacing w:before="80"/>
      </w:pPr>
      <w:r>
        <w:rPr>
          <w:b/>
        </w:rPr>
        <w:t xml:space="preserve">Important: </w:t>
      </w:r>
      <w:r>
        <w:t>If an athlete weighs in Friday night, the athlete must wrestle at least one Greco-Roman match. Freestyle-only athletes weigh in Saturday from 12:00pm-1:00pm on site.</w:t>
      </w:r>
    </w:p>
    <w:p>
      <w:pPr>
        <w:spacing w:before="40" w:after="80"/>
        <w:jc w:val="center"/>
      </w:pPr>
      <w:r>
        <w:rPr>
          <w:b/>
          <w:sz w:val="26"/>
        </w:rPr>
        <w:t>2027 TEAM WEIGHT CLASSES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48"/>
        <w:gridCol w:w="3648"/>
        <w:gridCol w:w="3648"/>
      </w:tblGrid>
      <w:tr>
        <w:tc>
          <w:tcPr>
            <w:tcW w:type="dxa" w:w="3648"/>
            <w:shd w:fill="E9EEF3"/>
          </w:tcPr>
          <w:p>
            <w:r>
              <w:rPr>
                <w:b/>
              </w:rPr>
              <w:t>Division</w:t>
            </w:r>
          </w:p>
        </w:tc>
        <w:tc>
          <w:tcPr>
            <w:tcW w:type="dxa" w:w="3648"/>
            <w:shd w:fill="E9EEF3"/>
          </w:tcPr>
          <w:p>
            <w:r>
              <w:rPr>
                <w:b/>
              </w:rPr>
              <w:t>2027 Weight Classes</w:t>
            </w:r>
          </w:p>
        </w:tc>
        <w:tc>
          <w:tcPr>
            <w:tcW w:type="dxa" w:w="3648"/>
            <w:shd w:fill="E9EEF3"/>
          </w:tcPr>
          <w:p>
            <w:r>
              <w:rPr>
                <w:b/>
              </w:rPr>
              <w:t>Event Allowance</w:t>
            </w:r>
          </w:p>
        </w:tc>
      </w:tr>
      <w:tr>
        <w:tc>
          <w:tcPr>
            <w:tcW w:type="dxa" w:w="364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USA Junior Boys</w:t>
            </w:r>
          </w:p>
        </w:tc>
        <w:tc>
          <w:tcPr>
            <w:tcW w:type="dxa" w:w="364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100, 106, 113, 120, 126, 132, 138, 144, 150, 157, 165, 175, 190, 215, 285 lbs</w:t>
            </w:r>
          </w:p>
        </w:tc>
        <w:tc>
          <w:tcPr>
            <w:tcW w:type="dxa" w:w="364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+2 lbs</w:t>
            </w:r>
          </w:p>
        </w:tc>
      </w:tr>
      <w:tr>
        <w:tc>
          <w:tcPr>
            <w:tcW w:type="dxa" w:w="364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USA Junior Girls</w:t>
            </w:r>
          </w:p>
        </w:tc>
        <w:tc>
          <w:tcPr>
            <w:tcW w:type="dxa" w:w="364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95, 100, 105, 110, 115, 120, 125, 130, 135, 140, 145, 155, 170, 190, 207, 235 lbs</w:t>
            </w:r>
          </w:p>
        </w:tc>
        <w:tc>
          <w:tcPr>
            <w:tcW w:type="dxa" w:w="364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+2 lbs</w:t>
            </w:r>
          </w:p>
        </w:tc>
      </w:tr>
      <w:tr>
        <w:tc>
          <w:tcPr>
            <w:tcW w:type="dxa" w:w="364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14U Boys (Schoolboy)</w:t>
            </w:r>
          </w:p>
        </w:tc>
        <w:tc>
          <w:tcPr>
            <w:tcW w:type="dxa" w:w="364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75, 80, 84, 88, 92, 96, 100, 105, 110, 115, 120, 126, 132, 140, 155, 175, 225 lbs</w:t>
            </w:r>
          </w:p>
        </w:tc>
        <w:tc>
          <w:tcPr>
            <w:tcW w:type="dxa" w:w="364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+2 lbs</w:t>
            </w:r>
          </w:p>
        </w:tc>
      </w:tr>
      <w:tr>
        <w:tc>
          <w:tcPr>
            <w:tcW w:type="dxa" w:w="364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14U Girls (Schoolgirl)</w:t>
            </w:r>
          </w:p>
        </w:tc>
        <w:tc>
          <w:tcPr>
            <w:tcW w:type="dxa" w:w="364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75, 80, 85, 90, 95, 100, 105, 110, 115, 120, 125, 130, 135, 140, 150, 165, 180 lbs</w:t>
            </w:r>
          </w:p>
        </w:tc>
        <w:tc>
          <w:tcPr>
            <w:tcW w:type="dxa" w:w="364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+2 lbs</w:t>
            </w:r>
          </w:p>
        </w:tc>
      </w:tr>
    </w:tbl>
    <w:p>
      <w:pPr>
        <w:jc w:val="center"/>
      </w:pPr>
      <w:r>
        <w:rPr>
          <w:b/>
        </w:rPr>
        <w:t>All line-ups must be entered on USABRACKETING.COM by Thursday, May 13th, 2027.</w:t>
      </w:r>
    </w:p>
    <w:p>
      <w:r>
        <w:br w:type="page"/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1143000" cy="111182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usaw_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118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sz w:val="22"/>
        </w:rPr>
        <w:t>California USA Wrestling Inc.</w:t>
        <w:br/>
      </w:r>
      <w:r>
        <w:rPr>
          <w:b/>
          <w:sz w:val="30"/>
        </w:rPr>
        <w:t>Association Duals Championships</w:t>
        <w:br/>
      </w:r>
      <w:r>
        <w:rPr>
          <w:b/>
          <w:sz w:val="21"/>
        </w:rPr>
        <w:t>USA Junior Boys &amp; Girls / 14U Boys &amp; Girls</w:t>
      </w:r>
    </w:p>
    <w:p>
      <w:pPr>
        <w:spacing w:after="60"/>
        <w:jc w:val="center"/>
      </w:pPr>
      <w:r>
        <w:rPr>
          <w:b/>
          <w:sz w:val="23"/>
        </w:rPr>
        <w:t>May 14th, 15th &amp; 16th, 2027</w:t>
        <w:br/>
      </w:r>
      <w:r>
        <w:rPr>
          <w:sz w:val="18"/>
        </w:rPr>
        <w:t>Selland Arena - 700 M Street - Fresno, CA 93721</w:t>
      </w:r>
    </w:p>
    <w:p>
      <w:pPr>
        <w:spacing w:before="40" w:after="80"/>
        <w:jc w:val="center"/>
      </w:pPr>
      <w:r>
        <w:rPr>
          <w:b/>
          <w:sz w:val="28"/>
        </w:rPr>
        <w:t>EVENT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5472"/>
            <w:shd w:fill="F2F2F2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b/>
              </w:rPr>
              <w:t>Seeding Meeting</w:t>
            </w:r>
          </w:p>
        </w:tc>
        <w:tc>
          <w:tcPr>
            <w:tcW w:type="dxa" w:w="5472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Mandatory - Saturday, May 15th, 2027 at 7:30am</w:t>
            </w:r>
          </w:p>
        </w:tc>
      </w:tr>
      <w:tr>
        <w:tc>
          <w:tcPr>
            <w:tcW w:type="dxa" w:w="5472"/>
            <w:shd w:fill="F2F2F2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b/>
              </w:rPr>
              <w:t>Seeding Criteria</w:t>
            </w:r>
          </w:p>
        </w:tc>
        <w:tc>
          <w:tcPr>
            <w:tcW w:type="dxa" w:w="5472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USA Wrestling PIN System</w:t>
            </w:r>
          </w:p>
        </w:tc>
      </w:tr>
      <w:tr>
        <w:tc>
          <w:tcPr>
            <w:tcW w:type="dxa" w:w="5472"/>
            <w:shd w:fill="F2F2F2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b/>
              </w:rPr>
              <w:t>Team Registration Fee</w:t>
            </w:r>
          </w:p>
        </w:tc>
        <w:tc>
          <w:tcPr>
            <w:tcW w:type="dxa" w:w="5472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$400.00 per style</w:t>
            </w:r>
          </w:p>
        </w:tc>
      </w:tr>
      <w:tr>
        <w:tc>
          <w:tcPr>
            <w:tcW w:type="dxa" w:w="5472"/>
            <w:shd w:fill="F2F2F2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b/>
              </w:rPr>
              <w:t>Payment Due</w:t>
            </w:r>
          </w:p>
        </w:tc>
        <w:tc>
          <w:tcPr>
            <w:tcW w:type="dxa" w:w="5472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Tuesday, May 11th, 2027 - paid through the USA Wrestling membership system</w:t>
            </w:r>
          </w:p>
        </w:tc>
      </w:tr>
      <w:tr>
        <w:tc>
          <w:tcPr>
            <w:tcW w:type="dxa" w:w="5472"/>
            <w:shd w:fill="F2F2F2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b/>
              </w:rPr>
              <w:t>Saturday Wrestling</w:t>
            </w:r>
          </w:p>
        </w:tc>
        <w:tc>
          <w:tcPr>
            <w:tcW w:type="dxa" w:w="5472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Greco-Roman begins at 8:00am. Freestyle begins immediately after Greco-Roman finals and may continue into Sunday.</w:t>
            </w:r>
          </w:p>
        </w:tc>
      </w:tr>
      <w:tr>
        <w:tc>
          <w:tcPr>
            <w:tcW w:type="dxa" w:w="5472"/>
            <w:shd w:fill="F2F2F2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b/>
              </w:rPr>
              <w:t>Sunday Wrestling</w:t>
            </w:r>
          </w:p>
        </w:tc>
        <w:tc>
          <w:tcPr>
            <w:tcW w:type="dxa" w:w="5472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Freestyle begins at 8:00am and continues until completion.</w:t>
            </w:r>
          </w:p>
        </w:tc>
      </w:tr>
    </w:tbl>
    <w:p>
      <w:pPr>
        <w:spacing w:before="40" w:after="80"/>
        <w:jc w:val="center"/>
      </w:pPr>
      <w:r>
        <w:rPr>
          <w:b/>
          <w:sz w:val="24"/>
        </w:rPr>
        <w:t>Coaches</w:t>
      </w:r>
    </w:p>
    <w:p>
      <w:r>
        <w:t>Association coaches must have a current USA Wrestling Card and a minimum Bronze-Level Coaching Certification. Each coach must present the current USA Wrestling Card and coaching certification to the Mat Chairman before each match or dual meet.</w:t>
      </w:r>
    </w:p>
    <w:p>
      <w:pPr>
        <w:spacing w:before="40" w:after="80"/>
        <w:jc w:val="center"/>
      </w:pPr>
      <w:r>
        <w:rPr>
          <w:b/>
          <w:sz w:val="24"/>
        </w:rPr>
        <w:t>Eligibility</w:t>
      </w:r>
    </w:p>
    <w:p>
      <w:pPr>
        <w:pStyle w:val="ListBullet"/>
      </w:pPr>
      <w:r>
        <w:t>USA Junior Boys &amp; Girls: must meet USA Wrestling 2027 Junior eligibility requirements, including being born September 1, 2007 or later and enrolled in grades 9-12 during the 2027 spring semester. No 8th-grade athletes are eligible for the Junior division.</w:t>
      </w:r>
    </w:p>
    <w:p>
      <w:pPr>
        <w:pStyle w:val="ListBullet"/>
      </w:pPr>
      <w:r>
        <w:t>14U Boys &amp; Girls: Association area is determined by the county in which the athlete lives.</w:t>
      </w:r>
    </w:p>
    <w:p>
      <w:r>
        <w:br w:type="page"/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1143000" cy="111182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usaw_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118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sz w:val="22"/>
        </w:rPr>
        <w:t>California USA Wrestling Inc.</w:t>
        <w:br/>
      </w:r>
      <w:r>
        <w:rPr>
          <w:b/>
          <w:sz w:val="30"/>
        </w:rPr>
        <w:t>Association Duals Championships</w:t>
        <w:br/>
      </w:r>
      <w:r>
        <w:rPr>
          <w:b/>
          <w:sz w:val="21"/>
        </w:rPr>
        <w:t>USA Junior Boys &amp; Girls / 14U Boys &amp; Girls</w:t>
      </w:r>
    </w:p>
    <w:p>
      <w:pPr>
        <w:spacing w:before="40" w:after="80"/>
        <w:jc w:val="center"/>
      </w:pPr>
      <w:r>
        <w:rPr>
          <w:b/>
          <w:sz w:val="26"/>
        </w:rPr>
        <w:t>Policies and Procedures - Association Dual Meet Championships</w:t>
      </w:r>
    </w:p>
    <w:p>
      <w:r>
        <w:rPr>
          <w:b/>
        </w:rPr>
        <w:t>1. Team Selection</w:t>
      </w:r>
      <w:r>
        <w:t>: All teams must be certified by the appropriate Association Chairperson and State Office. Teams must be selected by a local documented process within each association.</w:t>
      </w:r>
    </w:p>
    <w:p>
      <w:r>
        <w:rPr>
          <w:b/>
        </w:rPr>
        <w:t>2. Registration Fees</w:t>
      </w:r>
      <w:r>
        <w:t>: $400 per style must be paid before weigh-ins.</w:t>
      </w:r>
    </w:p>
    <w:p>
      <w:r>
        <w:rPr>
          <w:b/>
        </w:rPr>
        <w:t>3. Eligibility</w:t>
      </w:r>
      <w:r>
        <w:t>: All USA Junior and 14U athletes must satisfy the 2027 eligibility requirements listed in this packet.</w:t>
      </w:r>
    </w:p>
    <w:p>
      <w:r>
        <w:rPr>
          <w:b/>
        </w:rPr>
        <w:t>4. Officials</w:t>
      </w:r>
      <w:r>
        <w:t>: Every association shall provide at least three (3) mat officials for each day of competition. If an official cannot be provided, the association will pay a $400 fee per official not provided.</w:t>
      </w:r>
    </w:p>
    <w:p>
      <w:r>
        <w:rPr>
          <w:b/>
        </w:rPr>
        <w:t>5. Team Limitations</w:t>
      </w:r>
      <w:r>
        <w:t>: No team may be composed of more than 28 wrestlers. A wrestler may not go more than one weight class above the certified weight. See National High School Federation Rule Book, Rule 4-4-2.</w:t>
      </w:r>
    </w:p>
    <w:p>
      <w:r>
        <w:br w:type="page"/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1143000" cy="111182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usaw_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118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sz w:val="22"/>
        </w:rPr>
        <w:t>California USA Wrestling Inc.</w:t>
        <w:br/>
      </w:r>
      <w:r>
        <w:rPr>
          <w:b/>
          <w:sz w:val="30"/>
        </w:rPr>
        <w:t>Association Duals Championships</w:t>
        <w:br/>
      </w:r>
      <w:r>
        <w:rPr>
          <w:b/>
          <w:sz w:val="21"/>
        </w:rPr>
        <w:t>USA Junior Boys &amp; Girls / 14U Boys &amp; Girls</w:t>
      </w:r>
    </w:p>
    <w:p>
      <w:pPr>
        <w:spacing w:before="40" w:after="80"/>
        <w:jc w:val="center"/>
      </w:pPr>
      <w:r>
        <w:rPr>
          <w:b/>
          <w:sz w:val="26"/>
        </w:rPr>
        <w:t>7. Team Seeding Criteria and Pairing Guidelines</w:t>
      </w:r>
    </w:p>
    <w:p>
      <w:pPr>
        <w:pStyle w:val="ListBullet"/>
      </w:pPr>
      <w:r>
        <w:t>The top 6 teams may be seeded into pools using the criteria below.</w:t>
      </w:r>
    </w:p>
    <w:p>
      <w:pPr>
        <w:pStyle w:val="ListBullet"/>
      </w:pPr>
      <w:r>
        <w:t>All remaining teams will be drawn into the tournament.</w:t>
      </w:r>
    </w:p>
    <w:p>
      <w:pPr>
        <w:pStyle w:val="ListBullet"/>
      </w:pPr>
      <w:r>
        <w:t>Remaining non-seeded teams shall be placed into the four pools by drawing, beginning with Pool A.</w:t>
      </w:r>
    </w:p>
    <w:p>
      <w:pPr>
        <w:spacing w:before="40" w:after="80"/>
        <w:jc w:val="center"/>
      </w:pPr>
      <w:r>
        <w:rPr>
          <w:b/>
          <w:sz w:val="26"/>
        </w:rPr>
        <w:t>8. Team Scoring</w:t>
      </w:r>
    </w:p>
    <w:p>
      <w:r>
        <w:t>The winning team shall be determined by the criteria in the international rulebook. A wrestler receives the classification points earned in the match; team totals determine the dual-meet winner.</w:t>
      </w:r>
    </w:p>
    <w:p>
      <w:pPr>
        <w:pStyle w:val="ListBullet"/>
      </w:pPr>
      <w:r>
        <w:t>Forfeits and injury defaults are awarded 5 classification points.</w:t>
      </w:r>
    </w:p>
    <w:p>
      <w:pPr>
        <w:pStyle w:val="ListBullet"/>
      </w:pPr>
      <w:r>
        <w:t>Individual dual-meet ties: most wins; then most falls; then most technical points scored in all individual matches.</w:t>
      </w:r>
    </w:p>
    <w:p>
      <w:pPr>
        <w:pStyle w:val="ListBullet"/>
      </w:pPr>
      <w:r>
        <w:t>Pool ties: best record; then most classification points from all duals; then most technical points from all duals.</w:t>
      </w:r>
    </w:p>
    <w:p>
      <w:pPr>
        <w:spacing w:before="40" w:after="80"/>
        <w:jc w:val="center"/>
      </w:pPr>
      <w:r>
        <w:rPr>
          <w:b/>
          <w:sz w:val="26"/>
        </w:rPr>
        <w:t>9. Awards</w:t>
      </w:r>
    </w:p>
    <w:p>
      <w:pPr>
        <w:pStyle w:val="ListBullet"/>
      </w:pPr>
      <w:r>
        <w:t>1 Championship Team Award</w:t>
      </w:r>
    </w:p>
    <w:p>
      <w:pPr>
        <w:pStyle w:val="ListBullet"/>
      </w:pPr>
      <w:r>
        <w:t>28 Individual Bears for each of the top three teams</w:t>
      </w:r>
    </w:p>
    <w:p>
      <w:pPr>
        <w:pStyle w:val="ListBullet"/>
      </w:pPr>
      <w:r>
        <w:t>28 Individual Medals for the 4th-place team</w:t>
      </w:r>
    </w:p>
    <w:p>
      <w:r>
        <w:br w:type="page"/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1143000" cy="111182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usaw_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118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sz w:val="22"/>
        </w:rPr>
        <w:t>California USA Wrestling Inc.</w:t>
        <w:br/>
      </w:r>
      <w:r>
        <w:rPr>
          <w:b/>
          <w:sz w:val="30"/>
        </w:rPr>
        <w:t>Association Duals Championships</w:t>
        <w:br/>
      </w:r>
      <w:r>
        <w:rPr>
          <w:b/>
          <w:sz w:val="21"/>
        </w:rPr>
        <w:t>USA Junior Boys &amp; Girls / 14U Boys &amp; Girls</w:t>
      </w:r>
    </w:p>
    <w:p>
      <w:pPr>
        <w:spacing w:before="40" w:after="80"/>
        <w:jc w:val="center"/>
      </w:pPr>
      <w:r>
        <w:rPr>
          <w:b/>
          <w:sz w:val="26"/>
        </w:rPr>
        <w:t>10. Dual Meet Misconduct</w:t>
      </w:r>
    </w:p>
    <w:p>
      <w:r>
        <w:t>Rule 8, Section 1, Article 5 of the High School Federation Rulebook shall apply. Unsportsmanlike conduct by a wrestler before, during, or after wrestling, or against any other individual, will result in a one-classification-point deduction for the first offense. On the second offense, the individual will be removed from the premises and an additional two classification points will be deducted.</w:t>
      </w:r>
    </w:p>
    <w:p>
      <w:pPr>
        <w:spacing w:before="40" w:after="80"/>
        <w:jc w:val="center"/>
      </w:pPr>
      <w:r>
        <w:rPr>
          <w:b/>
          <w:sz w:val="26"/>
        </w:rPr>
        <w:t>Association Duals Tournament Time Frames</w:t>
      </w:r>
    </w:p>
    <w:p>
      <w:pPr>
        <w:pStyle w:val="ListBullet"/>
      </w:pPr>
      <w:r>
        <w:t>Friday: Greco-Roman/Freestyle weigh-ins - 6:00pm-9:30pm (+2 lbs).</w:t>
      </w:r>
    </w:p>
    <w:p>
      <w:pPr>
        <w:pStyle w:val="ListBullet"/>
      </w:pPr>
      <w:r>
        <w:t>Saturday: Mandatory meeting - 7:30am.</w:t>
      </w:r>
    </w:p>
    <w:p>
      <w:pPr>
        <w:pStyle w:val="ListBullet"/>
      </w:pPr>
      <w:r>
        <w:t>Saturday: Greco-Roman begins - 8:00am; rounds follow as mats open.</w:t>
      </w:r>
    </w:p>
    <w:p>
      <w:pPr>
        <w:pStyle w:val="ListBullet"/>
      </w:pPr>
      <w:r>
        <w:t>Saturday: Freestyle weigh-ins - 12:00pm-1:00pm; limited freestyle rounds may follow Greco-Roman.</w:t>
      </w:r>
    </w:p>
    <w:p>
      <w:pPr>
        <w:pStyle w:val="ListBullet"/>
      </w:pPr>
      <w:r>
        <w:t>Sunday: Freestyle begins - 8:00am; rounds follow as mats open.</w:t>
      </w:r>
    </w:p>
    <w:p>
      <w:pPr>
        <w:pStyle w:val="ListBullet"/>
      </w:pPr>
      <w:r>
        <w:t>Awards are presented at the conclusion of wrestling.</w:t>
      </w:r>
    </w:p>
    <w:p>
      <w:pPr>
        <w:jc w:val="center"/>
      </w:pPr>
      <w:r>
        <w:rPr>
          <w:b/>
        </w:rPr>
        <w:t>*All times are approximate. You are responsible for your team!</w:t>
        <w:br/>
        <w:t>**Any deviation from the weigh-in schedule must be approved by the State Chairman.</w:t>
      </w:r>
    </w:p>
    <w:p>
      <w:r>
        <w:br w:type="page"/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1143000" cy="111182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usaw_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118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sz w:val="22"/>
        </w:rPr>
        <w:t>California USA Wrestling Inc.</w:t>
        <w:br/>
      </w:r>
      <w:r>
        <w:rPr>
          <w:b/>
          <w:sz w:val="30"/>
        </w:rPr>
        <w:t>Association Duals Championships</w:t>
        <w:br/>
      </w:r>
      <w:r>
        <w:rPr>
          <w:b/>
          <w:sz w:val="21"/>
        </w:rPr>
        <w:t>USA Junior Boys &amp; Girls / 14U Boys &amp; Girls</w:t>
      </w:r>
    </w:p>
    <w:p>
      <w:pPr>
        <w:spacing w:before="40" w:after="80"/>
        <w:jc w:val="center"/>
      </w:pPr>
      <w:r>
        <w:rPr>
          <w:b/>
          <w:sz w:val="26"/>
        </w:rPr>
        <w:t>Selland Arena - 12 Mat Wrestling Setup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257800" cy="493945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lland1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9394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This 12-mat configuration replaces the older 14-mat Selland Arena setup in prior packets.</w:t>
      </w:r>
    </w:p>
    <w:p>
      <w:r>
        <w:br w:type="page"/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1143000" cy="111182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usaw_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118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sz w:val="22"/>
        </w:rPr>
        <w:t>California USA Wrestling Inc.</w:t>
        <w:br/>
      </w:r>
      <w:r>
        <w:rPr>
          <w:b/>
          <w:sz w:val="30"/>
        </w:rPr>
        <w:t>Association Duals Championships</w:t>
        <w:br/>
      </w:r>
      <w:r>
        <w:rPr>
          <w:b/>
          <w:sz w:val="21"/>
        </w:rPr>
        <w:t>USA Junior Boys &amp; Girls / 14U Boys &amp; Girls</w:t>
      </w:r>
    </w:p>
    <w:p>
      <w:pPr>
        <w:spacing w:before="40" w:after="80"/>
        <w:jc w:val="center"/>
      </w:pPr>
      <w:r>
        <w:rPr>
          <w:b/>
          <w:sz w:val="28"/>
        </w:rPr>
        <w:t>2027 Quick Reference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5472"/>
            <w:shd w:fill="D9EAF7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b/>
              </w:rPr>
              <w:t>Event Dates</w:t>
            </w:r>
          </w:p>
        </w:tc>
        <w:tc>
          <w:tcPr>
            <w:tcW w:type="dxa" w:w="5472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Friday-Sunday, May 14-16, 2027</w:t>
            </w:r>
          </w:p>
        </w:tc>
      </w:tr>
      <w:tr>
        <w:tc>
          <w:tcPr>
            <w:tcW w:type="dxa" w:w="5472"/>
            <w:shd w:fill="D9EAF7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b/>
              </w:rPr>
              <w:t>Location</w:t>
            </w:r>
          </w:p>
        </w:tc>
        <w:tc>
          <w:tcPr>
            <w:tcW w:type="dxa" w:w="5472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Selland Arena, 700 M Street, Fresno, CA 93721</w:t>
            </w:r>
          </w:p>
        </w:tc>
      </w:tr>
      <w:tr>
        <w:tc>
          <w:tcPr>
            <w:tcW w:type="dxa" w:w="5472"/>
            <w:shd w:fill="D9EAF7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b/>
              </w:rPr>
              <w:t>Line-up Deadline</w:t>
            </w:r>
          </w:p>
        </w:tc>
        <w:tc>
          <w:tcPr>
            <w:tcW w:type="dxa" w:w="5472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Thursday, May 13, 2027</w:t>
            </w:r>
          </w:p>
        </w:tc>
      </w:tr>
      <w:tr>
        <w:tc>
          <w:tcPr>
            <w:tcW w:type="dxa" w:w="5472"/>
            <w:shd w:fill="D9EAF7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b/>
              </w:rPr>
              <w:t>Payment Deadline</w:t>
            </w:r>
          </w:p>
        </w:tc>
        <w:tc>
          <w:tcPr>
            <w:tcW w:type="dxa" w:w="5472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Tuesday, May 11, 2027</w:t>
            </w:r>
          </w:p>
        </w:tc>
      </w:tr>
      <w:tr>
        <w:tc>
          <w:tcPr>
            <w:tcW w:type="dxa" w:w="5472"/>
            <w:shd w:fill="D9EAF7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b/>
              </w:rPr>
              <w:t>Friday Weigh-ins</w:t>
            </w:r>
          </w:p>
        </w:tc>
        <w:tc>
          <w:tcPr>
            <w:tcW w:type="dxa" w:w="5472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6:00pm-9:30pm - Greco-Roman &amp; Freestyle</w:t>
            </w:r>
          </w:p>
        </w:tc>
      </w:tr>
      <w:tr>
        <w:tc>
          <w:tcPr>
            <w:tcW w:type="dxa" w:w="5472"/>
            <w:shd w:fill="D9EAF7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b/>
              </w:rPr>
              <w:t>Saturday Weigh-ins</w:t>
            </w:r>
          </w:p>
        </w:tc>
        <w:tc>
          <w:tcPr>
            <w:tcW w:type="dxa" w:w="5472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12:00pm-1:00pm - Freestyle Only</w:t>
            </w:r>
          </w:p>
        </w:tc>
      </w:tr>
      <w:tr>
        <w:tc>
          <w:tcPr>
            <w:tcW w:type="dxa" w:w="5472"/>
            <w:shd w:fill="D9EAF7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b/>
              </w:rPr>
              <w:t>Saturday Meeting</w:t>
            </w:r>
          </w:p>
        </w:tc>
        <w:tc>
          <w:tcPr>
            <w:tcW w:type="dxa" w:w="5472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7:30am</w:t>
            </w:r>
          </w:p>
        </w:tc>
      </w:tr>
      <w:tr>
        <w:tc>
          <w:tcPr>
            <w:tcW w:type="dxa" w:w="5472"/>
            <w:shd w:fill="D9EAF7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b/>
              </w:rPr>
              <w:t>Saturday Wrestling</w:t>
            </w:r>
          </w:p>
        </w:tc>
        <w:tc>
          <w:tcPr>
            <w:tcW w:type="dxa" w:w="5472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8:00am start</w:t>
            </w:r>
          </w:p>
        </w:tc>
      </w:tr>
      <w:tr>
        <w:tc>
          <w:tcPr>
            <w:tcW w:type="dxa" w:w="5472"/>
            <w:shd w:fill="D9EAF7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b/>
              </w:rPr>
              <w:t>Sunday Wrestling</w:t>
            </w:r>
          </w:p>
        </w:tc>
        <w:tc>
          <w:tcPr>
            <w:tcW w:type="dxa" w:w="5472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8:00am start</w:t>
            </w:r>
          </w:p>
        </w:tc>
      </w:tr>
      <w:tr>
        <w:tc>
          <w:tcPr>
            <w:tcW w:type="dxa" w:w="5472"/>
            <w:shd w:fill="D9EAF7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b/>
              </w:rPr>
              <w:t>Mat Setup</w:t>
            </w:r>
          </w:p>
        </w:tc>
        <w:tc>
          <w:tcPr>
            <w:tcW w:type="dxa" w:w="5472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t>12 mats in Selland Arena</w:t>
            </w:r>
          </w:p>
        </w:tc>
      </w:tr>
    </w:tbl>
    <w:p>
      <w:pPr>
        <w:spacing w:before="40" w:after="80"/>
        <w:jc w:val="center"/>
      </w:pPr>
      <w:r>
        <w:rPr>
          <w:b/>
          <w:sz w:val="24"/>
        </w:rPr>
        <w:t>2027 Weight Classes (+2 lbs event allowance)</w:t>
      </w:r>
    </w:p>
    <w:p>
      <w:r>
        <w:rPr>
          <w:b/>
        </w:rPr>
        <w:t xml:space="preserve">USA Junior Boys: </w:t>
      </w:r>
      <w:r>
        <w:t>100, 106, 113, 120, 126, 132, 138, 144, 150, 157, 165, 175, 190, 215, 285 lbs</w:t>
      </w:r>
    </w:p>
    <w:p>
      <w:r>
        <w:rPr>
          <w:b/>
        </w:rPr>
        <w:t xml:space="preserve">USA Junior Girls: </w:t>
      </w:r>
      <w:r>
        <w:t>95, 100, 105, 110, 115, 120, 125, 130, 135, 140, 145, 155, 170, 190, 207, 235 lbs</w:t>
      </w:r>
    </w:p>
    <w:p>
      <w:r>
        <w:rPr>
          <w:b/>
        </w:rPr>
        <w:t xml:space="preserve">14U Boys: </w:t>
      </w:r>
      <w:r>
        <w:t>75, 80, 84, 88, 92, 96, 100, 105, 110, 115, 120, 126, 132, 140, 155, 175, 225 lbs</w:t>
      </w:r>
    </w:p>
    <w:p>
      <w:r>
        <w:rPr>
          <w:b/>
        </w:rPr>
        <w:t xml:space="preserve">14U Girls: </w:t>
      </w:r>
      <w:r>
        <w:t>75, 80, 85, 90, 95, 100, 105, 110, 115, 120, 125, 130, 135, 140, 150, 165, 180 lbs</w:t>
      </w:r>
    </w:p>
    <w:sectPr w:rsidR="00FC693F" w:rsidRPr="0006063C" w:rsidSect="00034616">
      <w:pgSz w:w="12240" w:h="15840"/>
      <w:pgMar w:top="432" w:right="648" w:bottom="504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